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באה לידי ביטוי במוצרים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מפה: כיווני רוח, יבשות ואוקיינוסים, קווי רוחב ואורך וקנה 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השפעות של גלובליזציה על אוכלוסייה, תקשורת ומשאבי 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התחברות בין מדינות ותרבויות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עולם קטן ומחובר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מפות וכיווני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יבשות, אוקיינוסים ואקלים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אסיה, אפריקה, אירופה, צפון אמריקה, דרום אמריקה, אוסטרליה ואנטארקטיקה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הגדול והעמוק מבין האוקיינוסים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בננות גדלות באזורים טרופיים וחמים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גיאוגרפיים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(מודד מרחק מקו המשווה)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(מודד מרחק ממרידיאן גריניץ')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(היחס בין מפה לשטח האמיתי)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(מעבר אנשים בין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מסע המוצרים סביב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גידול הכותנה בשדה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טוויית הכותנה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תפירת החולצה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שינוע החולצה באונייה או מטוס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טוב יזכיר: חומרי גלם ממדינה אחת, רכיבים/ייצור במדינה אחרת, הרכבה, שילוח ומכירה - ויקשר זאת לחיבור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תקשורת מאפשרת מידע, מסחר ותרבות לעבור במהירות בין מדינות ולחבר אנשים מרחוק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חיבור/תלות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מוצר הגיוני עם הסבר קצר על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 רוחב-מרחק מקו המשווה; קו אורך-מרחק ממרידיאן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מוחשית מהכיתה - לבדוק תווית ייצור של בגד או מכשיר שתלמיד מביא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במפת עולם פיזית בזמן התרגול על כיווני רוח וקווי רוחב/אורך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הדף לתחנות עבודה בקבוצות בהתאם לנושאי היחידה המקורית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גלובליזציה – פעילויות גיאוגרפיות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- המסע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גלובליזציה היא תהליך שבו העולם הופך ל״כפר גלובלי״ מחובר - מוצרים, אנשים ומידע נעים בין מדינות ויבשות. בדף זה נעקוב אחרי מסעות של חולצה, טלפון ובננה ונתרגל מיומנויות גיאוגרפיות.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מערב  ·  דרומי  ·  דרום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 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גלובליזציה היא בעיקר תהליך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התרחקות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התחברות בין מדינות ותרבויות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סגירת גבולות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הביטוי ״כפר גלובלי״ מתאר: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עולם קטן ומחובר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כפר קטן באפריקה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עיר בלי תושבים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מפות וכיווני 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כיוון הרוח ההפוך לצפון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כיוון הרוח ההפוך למזרח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קו המשווה מחלק את כדור הארץ לחצי צפוני וחצי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יבשות, אוקיינוסים ואקלים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בעולם שבע יבשות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האוקיינוס השקט הוא האוקיינוס הגדול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בננות גדלות בעיקר באזורים קרים וקוטביים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 גיאוגרפיים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 רוחב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היחס בין מפה לשטח האמיתי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 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מודד מרחק מקו המשווה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מעבר אנשים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מודד מרחק ממרידיאן גריניץ'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מסע המוצרים סביב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שינוע החולצה באונייה או מטוס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גידול הכותנה בשדה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טוויית הכותנה 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תפירת החולצה במפעל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בשלוש עד ארבע שורות כיצד מוצר יומיומי (כמו טלפון) עובר דרך כמה מדינות עד שהוא מגיע אליכם, והסבירו למה זה דוגמה לגלובליזציה.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במילים שלכם למה תקשורת (כמו אינטרנט) מחזקת את תהליך הגלובליזציה.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למוצר שעובר דרך כמה מדינות בדרכו אליכם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- המסע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