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גלובליזציה – פעילויות גיאוגרפיות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גלובליזציה - המסע סביב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גלובליזציה וכיצד היא באה לידי ביטוי במוצרים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מיומנויות מפה: כיווני רוח, יבשות ואוקיינוסים, קווי רוחב ואורך וקנה 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השפעות של גלובליזציה על אוכלוסייה, תקשורת ומשאבי 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התחברות בין מדינות ותרבויות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עולם קטן ומחובר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חולצה שיוצרה ממרכיבים ממספר מדינות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כמעט כל מדינות 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מפות וכיווני 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דרומי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מזרח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יבשות, אוקיינוסים ואקלים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אסיה, אפריקה, אירופה, צפון אמריקה, דרום אמריקה, אוסטרליה ואנטארקטיקה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הגדול והעמוק מבין האוקיינוסים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ככל שמתרחקים מקו המשווה בדרך כלל קריר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בננות גדלות באזורים טרופיים וחמים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ההגדרה הבסיסית של אוקיינוס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כל יבשת משתרעת על פני קווי רוחב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 גיאוגרפיים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(מודד מרחק מקו המשווה)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(מודד מרחק ממרידיאן גריניץ')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(היחס בין מפה לשטח האמיתי)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(מעבר אנשים בין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(חומר מהטבע שהאדם משתמש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(חלוקת העולם לפי שעון מקומי)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מסע המוצרים סביב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גידול הכותנה בשדה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טוויית הכותנה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תפירת החולצה במפעל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שינוע החולצה באונייה או מטוס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מכירת החולצה בחנות לצרכן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טוב יזכיר: חומרי גלם ממדינה אחת, רכיבים/ייצור במדינה אחרת, הרכבה, שילוח ומכירה - ויקשר זאת לחיבור בין מדינות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יתרון: שיתוף ידע וטכנולוגיה ירוקה; חיסרון: זיהום משינוע מוצרים למרחקים ארוכים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תקשורת מאפשרת מידע, מסחר ותרבות לעבור במהירות בין מדינות ולחבר אנשים מרחוק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חיבור/תלות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מוצר הגיוני עם הסבר קצר על 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 רוחב-מרחק מקו המשווה; קו אורך-מרחק ממרידיאן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מוחשית מהכיתה - לבדוק תווית ייצור של בגד או מכשיר שתלמיד מביא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במפת עולם פיזית בזמן התרגול על כיווני רוח וקווי רוחב/אורך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הדף לתחנות עבודה בקבוצות בהתאם לנושאי היחידה המקורית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גלובליזציה – פעילויות גיאוגרפיות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גלובליזציה - המסע סביב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גלובליזציה זה מצב שבו כל העולם מחובר. דברים כמו חולצה, טלפון ובננה עוברים דרך הרבה מדינות עד שהם מגיעים אלינו. נלמד על מפות, כיוונים ועוד.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העולם מתחבר - סחר, תקשורת ותרבות בין מדינות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כפר גלובלי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לכך שהעולם מרגיש קטן וקרוב בזכות תקשורת וסחר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כיווני רוח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צפון, דרום, מזרח, מערב - עוזרים להתמצא במפה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 רוחב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דמיוני מסביב לכדור הארץ המודד מרחק מקו המשווה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 אורך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דמיוני מצפון לדרום המודד מרחק ממרידיאן ההתייחסות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קנה 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היחס בין מרחק במפה למרחק האמיתי בשטח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של אנשים ממקום למקום, לרוב בין מדינות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משאבי טבע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חומרים מהטבע שהאדם משתמש בהם כמו מים, אדמה וחומרי גלם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 גלובליזציה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גלובליזציה זה תהליך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התרחקות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התחברות בין מדינות ותרבויות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סגירת גבולות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מסחר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כפר גלובלי זה תיאור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עולם קטן ומחובר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כפר קטן באפריקה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בלי 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מדינה מבודדת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דוגמה לגלובליזציה?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חקלאי שאוכל רק מה שהוא 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חולצה שיוצרה ממרכיבים ממספר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כפר שאין בו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מדינה שאוסרת ייבוא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מי השפיעה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על מדינות עשירות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על מדינות עניות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כמעט כל מדינות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על יבשת אסיה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מפות וכיווני רוח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כיוון הרוח ההפוך לצפון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כיוון הרוח ההפוך למזרח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קו המשווה מחלק את כדור הארץ לחצי צפוני וחצי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היחס בין מרחק במפה למרחק בשטח נקרא קנה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קווי אורך נמדדים ממרידיאן הנקרא גריניץ', ומודדים מרחק __________ ומערב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יבשות, אוקיינוסים ואקלים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בעולם שבע יבשות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האוקיינוס השקט הוא האוקיינוס הגדול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שמתרחקים מקו המשווה, בדרך כלל חם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בננות גדלות בעיקר באזורים קרים וקוטביים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אוקיינוס הוא שטח מים גדול המקיף יבשות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היבשות נמצאות על אותו קו רוחב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 גיאוגרפיים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קו רוחב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מעבר אנשים בין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 אורך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חלוקת העולם לפי שעון מקומי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קנה 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מודד מרחק מקו המשווה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מודד מרחק ממרידיאן גריניץ'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משאב 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היחס בין מפה לשטח האמיתי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אזור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חומר מהטבע שהאדם משתמש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מסע המוצרים סביב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טוויית הכותנה 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גידול הכותנה בשדה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מכירת החולצה בחנות לצרכן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תפירת החולצה במפעל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שינוע החולצה באונייה או מטוס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בשלוש עד ארבע שורות כיצד מוצר יומיומי (כמו טלפון) עובר דרך כמה מדינות עד שהוא מגיע אליכם, והסבירו למה זה דוגמה לגלובליזציה.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ציינו יתרון אחד וחיסרון אחד של גלובליזציה מבחינה סביבתית.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תקשורת (כמו אינטרנט) מחזקת את תהליך הגלובליזציה.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גלובליזציה במשפט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למוצר שעובר דרך כמה מדינות בדרכו אליכם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קו רוחב לקו אורך?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גלובליזציה - המסע סביב 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