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במוצרים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מפה: כיווני רוח, יבשות ואוקיינוסים, קווי רוחב ואורך וקנה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השפעות של גלובליזציה על אוכלוסייה, תקשורת ומשאבי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התחברות בין מדינות ותרבויות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קטן ומחובר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חולצה שיוצרה ממרכיבים ממספר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כמעט כל מדינות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מפות וכיווני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יבשות, אוקיינוסים ואקלים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אסיה, אפריקה, אירופה, צפון אמריקה, דרום אמריקה, אוסטרליה ואנטארקטיקה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הגדול והעמוק מבין האוקיינוסים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ככל שמתרחקים מקו המשווה בדרך כלל קריר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בננות גדלות באזורים טרופיים 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ההגדרה הבסיסית של אוקיינוס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יבשת משתרעת על פני קווי רוחב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גיאוגרפיים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(מודד מרחק מקו המשווה)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(מודד מרחק ממרידיאן גריניץ')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(היחס בין מפה לשטח האמיתי)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(מעבר אנשים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(חומר מהטבע שהאדם משתמש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(חלוקת העולם לפי שעון מקומי)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מסע המוצרים סביב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טוויית הכותנה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החולצה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שינוע החולצה באונייה או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מכירת החולצה בחנות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טוב יזכיר: חומרי גלם ממדינה אחת, רכיבים/ייצור במדינה אחרת, הרכבה, שילוח ומכירה - ויקשר זאת לחיבור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יתרון: שיתוף ידע וטכנולוגיה ירוקה; חיסרון: זיהום משינוע מוצרים למרחקים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תקשורת מאפשרת מידע, מסחר ותרבות לעבור במהירות בין מדינות ולחבר אנשים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מוצר הגיוני עם הסבר קצר על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רוחב-מרחק מקו המשווה; קו אורך-מרחק ממרידיאן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מוחשית מהכיתה - לבדוק תווית ייצור של בגד או מכשיר שתלמיד מביא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במפת עולם פיזית בזמן התרגול על כיווני רוח וקווי רוחב/אורך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לתחנות עבודה בקבוצות בהתאם לנושאי היחידה המקורית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היא תהליך שבו העולם הופך ל״כפר גלובלי״ מחובר - מוצרים, אנשים ומידע נעים בין מדינות ויבשות. בדף זה נעקוב אחרי מסעות של חולצה, טלפון ובננה ונתרגל מיומנויות גיאוגרפיות.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היא בעיקר תהליך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התרחקות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התחברות בין מדינות ותרבויות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מסחר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הביטוי ״כפר גלובלי״ מתאר: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קטן ומחובר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בלי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מדינה מבודדת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דוגמה לגלובליזציה?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חקלאי שאוכל רק מה שהוא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 שיוצרה ממרכיבים ממספר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שאין בו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מדינה שאוסרת ייבוא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גלובליזציה השפיעה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מדינות עשירות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מדינות עניות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כמעט כל מדינות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יבשת אסיה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מפות וכיווני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כיוון הרוח ההפוך לצפון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כיוון הרוח ההפוך למזרח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המשווה מחלק את כדור הארץ לחצי צפוני וחצי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היחס בין מרחק במפה למרחק בשטח נקרא קנה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קווי אורך נמדדים ממרידיאן הנקרא גריניץ', ומודדים מרחק __________ ומערב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יבשות, אוקיינוסים ואקלים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בעולם שבע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האוקיינוס הגדול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שמתרחקים מקו המשווה, בדרך כלל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בננות גדלות בעיקר באזורים קרים וקוטביים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אוקיינוס הוא שטח מים גדול המקיף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היבשות נמצאות על אותו קו 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גיאוגרפיים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חלוקת העולם לפי שעון מקומי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 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היחס בין מפה לשטח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חומר מהטבע שהאדם משתמש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מודד מרחק ממרידיאן גריניץ'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משאב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אנשים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מודד מרחק מקו המשווה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מסע המוצרים סביב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החולצה במפעל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שינוע החולצה באונייה או מטוס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החולצה בחנות לצרכן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טוויית הכותנה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בשלוש עד ארבע שורות כיצד מוצר יומיומי (כמו טלפון) עובר דרך כמה מדינות עד שהוא מגיע אליכם, והסבירו למה זה דוגמה לגלובליזציה.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יתרון אחד וחיסרון אחד של גלובליזציה מבחינה סביבתית.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תקשורת (כמו אינטרנט) מחזקת את תהליך הגלובליזציה.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שעובר דרך כמה מדינות בדרכו אליכם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קו רוחב לקו אורך?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